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167CA"/>
          <w:sz w:val="32"/>
        </w:rPr>
        <w:t>WYCENA PRAC REMONTOWYCH nr ........</w:t>
      </w:r>
    </w:p>
    <w:p>
      <w:r>
        <w:t>Data: ................    Wycena ważna do: 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Wykonawca</w:t>
            </w:r>
          </w:p>
          <w:p>
            <w:r>
              <w:t>Nazwa firmy: ...................................</w:t>
            </w:r>
          </w:p>
          <w:p>
            <w:r>
              <w:t>Adres: ...................................</w:t>
            </w:r>
          </w:p>
          <w:p>
            <w:r>
              <w:t>NIP: ...................................</w:t>
            </w:r>
          </w:p>
          <w:p>
            <w:r>
              <w:t>Telefon: ...................................</w:t>
            </w:r>
          </w:p>
          <w:p>
            <w:r>
              <w:t>E-mail: ...................................</w:t>
            </w:r>
          </w:p>
        </w:tc>
        <w:tc>
          <w:tcPr>
            <w:tcW w:type="dxa" w:w="5100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...................................</w:t>
            </w:r>
          </w:p>
          <w:p>
            <w:r>
              <w:t>Adres: ...................................</w:t>
            </w:r>
          </w:p>
          <w:p>
            <w:r>
              <w:t>Telefon: ...................................</w:t>
            </w:r>
          </w:p>
          <w:p>
            <w:r>
              <w:t>E-mail: ...................................</w:t>
            </w:r>
          </w:p>
        </w:tc>
      </w:tr>
    </w:tbl>
    <w:p/>
    <w:p>
      <w:r>
        <w:t>Adres inwestycji: ...................................................</w:t>
      </w:r>
    </w:p>
    <w:p>
      <w:r>
        <w:t>Rodzaj lokalu (mieszkanie / dom / lokal usługowy): ...................................................</w:t>
      </w:r>
    </w:p>
    <w:p>
      <w:r>
        <w:t>Powierzchnia objęta pracami (m²): ...................................................</w:t>
      </w:r>
    </w:p>
    <w:p>
      <w:r>
        <w:rPr>
          <w:b/>
        </w:rPr>
        <w:t>Pozycje wyceny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567"/>
            <w:shd w:val="clear" w:color="auto" w:fill="2167CA"/>
          </w:tcPr>
          <w:p>
            <w:r>
              <w:rPr>
                <w:b/>
                <w:color w:val="FFFFFF"/>
              </w:rPr>
              <w:t>Lp.</w:t>
            </w:r>
          </w:p>
        </w:tc>
        <w:tc>
          <w:tcPr>
            <w:tcW w:type="dxa" w:w="4649"/>
            <w:shd w:val="clear" w:color="auto" w:fill="2167CA"/>
          </w:tcPr>
          <w:p>
            <w:r>
              <w:rPr>
                <w:b/>
                <w:color w:val="FFFFFF"/>
              </w:rPr>
              <w:t>Opis prac</w:t>
            </w:r>
          </w:p>
        </w:tc>
        <w:tc>
          <w:tcPr>
            <w:tcW w:type="dxa" w:w="794"/>
            <w:shd w:val="clear" w:color="auto" w:fill="2167CA"/>
          </w:tcPr>
          <w:p>
            <w:r>
              <w:rPr>
                <w:b/>
                <w:color w:val="FFFFFF"/>
              </w:rPr>
              <w:t>Jedn.</w:t>
            </w:r>
          </w:p>
        </w:tc>
        <w:tc>
          <w:tcPr>
            <w:tcW w:type="dxa" w:w="850"/>
            <w:shd w:val="clear" w:color="auto" w:fill="2167CA"/>
          </w:tcPr>
          <w:p>
            <w:r>
              <w:rPr>
                <w:b/>
                <w:color w:val="FFFFFF"/>
              </w:rPr>
              <w:t>Ilość</w:t>
            </w:r>
          </w:p>
        </w:tc>
        <w:tc>
          <w:tcPr>
            <w:tcW w:type="dxa" w:w="1361"/>
            <w:shd w:val="clear" w:color="auto" w:fill="2167CA"/>
          </w:tcPr>
          <w:p>
            <w:r>
              <w:rPr>
                <w:b/>
                <w:color w:val="FFFFFF"/>
              </w:rPr>
              <w:t>Cena netto</w:t>
            </w:r>
          </w:p>
        </w:tc>
        <w:tc>
          <w:tcPr>
            <w:tcW w:type="dxa" w:w="1474"/>
            <w:shd w:val="clear" w:color="auto" w:fill="2167CA"/>
          </w:tcPr>
          <w:p>
            <w:r>
              <w:rPr>
                <w:b/>
                <w:color w:val="FFFFFF"/>
              </w:rPr>
              <w:t>Wartość netto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850"/>
          </w:tcPr>
          <w:p>
            <w:pPr>
              <w:jc w:val="right"/>
            </w:pPr>
            <w:r/>
          </w:p>
        </w:tc>
        <w:tc>
          <w:tcPr>
            <w:tcW w:type="dxa" w:w="1361"/>
          </w:tcPr>
          <w:p>
            <w:pPr>
              <w:jc w:val="right"/>
            </w:pPr>
            <w:r/>
          </w:p>
        </w:tc>
        <w:tc>
          <w:tcPr>
            <w:tcW w:type="dxa" w:w="1474"/>
          </w:tcPr>
          <w:p>
            <w:pPr>
              <w:jc w:val="right"/>
            </w:pPr>
            <w:r/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Razem netto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VAT ...... 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</w:r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Razem brutto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60"/>
      </w:pPr>
      <w:r>
        <w:rPr>
          <w:b/>
        </w:rPr>
        <w:t>Materiały</w:t>
      </w:r>
    </w:p>
    <w:p>
      <w:pPr>
        <w:pStyle w:val="ListBullet"/>
      </w:pPr>
      <w:r>
        <w:t>Materiały kupuje: ☐ Wykonawca (doliczone do wyceny / rozliczane wg faktur)   ☐ Zamawiający</w:t>
      </w:r>
    </w:p>
    <w:p>
      <w:pPr>
        <w:pStyle w:val="ListBullet"/>
      </w:pPr>
      <w:r>
        <w:t>Materiały wliczone w ceny powyżej: ☐ tak   ☐ nie — ceny dotyczą wyłącznie robocizny</w:t>
      </w:r>
    </w:p>
    <w:p>
      <w:pPr>
        <w:pStyle w:val="ListBullet"/>
      </w:pPr>
      <w:r>
        <w:t>Szacunkowy koszt materiałów (jeśli kupuje Wykonawca): ................ zł</w:t>
      </w:r>
    </w:p>
    <w:p>
      <w:pPr>
        <w:spacing w:before="160"/>
      </w:pPr>
      <w:r>
        <w:rPr>
          <w:b/>
        </w:rPr>
        <w:t>Termin realizacji</w:t>
      </w:r>
    </w:p>
    <w:p>
      <w:pPr>
        <w:pStyle w:val="ListBullet"/>
      </w:pPr>
      <w:r>
        <w:t>Rozpoczęcie prac: ................</w:t>
      </w:r>
    </w:p>
    <w:p>
      <w:pPr>
        <w:pStyle w:val="ListBullet"/>
      </w:pPr>
      <w:r>
        <w:t>Zakończenie prac: ................</w:t>
      </w:r>
    </w:p>
    <w:p>
      <w:pPr>
        <w:pStyle w:val="ListBullet"/>
      </w:pPr>
      <w:r>
        <w:t>Etapy: 1) ................ do ........   2) ................ do ........   3) ................ do ........</w:t>
      </w:r>
    </w:p>
    <w:p>
      <w:pPr>
        <w:spacing w:before="160"/>
      </w:pPr>
      <w:r>
        <w:rPr>
          <w:b/>
        </w:rPr>
        <w:t>Płatności</w:t>
      </w:r>
    </w:p>
    <w:p>
      <w:pPr>
        <w:pStyle w:val="ListBullet"/>
      </w:pPr>
      <w:r>
        <w:t>Zaliczka: ...... % (................ zł) — płatna przy podpisaniu umowy</w:t>
      </w:r>
    </w:p>
    <w:p>
      <w:pPr>
        <w:pStyle w:val="ListBullet"/>
      </w:pPr>
      <w:r>
        <w:t>Płatności za etapy: ................</w:t>
      </w:r>
    </w:p>
    <w:p>
      <w:pPr>
        <w:pStyle w:val="ListBullet"/>
      </w:pPr>
      <w:r>
        <w:t>Płatność końcowa: po odbiorze prac, w terminie ...... dni</w:t>
      </w:r>
    </w:p>
    <w:p>
      <w:pPr>
        <w:spacing w:before="160"/>
      </w:pPr>
      <w:r>
        <w:rPr>
          <w:b/>
        </w:rPr>
        <w:t>Odbiór, gwarancja i prace dodatkowe</w:t>
      </w:r>
    </w:p>
    <w:p>
      <w:pPr>
        <w:pStyle w:val="ListBullet"/>
      </w:pPr>
      <w:r>
        <w:t>Odbiór prac na podstawie protokołu odbioru podpisanego przez obie strony.</w:t>
      </w:r>
    </w:p>
    <w:p>
      <w:pPr>
        <w:pStyle w:val="ListBullet"/>
      </w:pPr>
      <w:r>
        <w:t>Gwarancja na wykonane prace: ...... miesięcy od dnia odbioru.</w:t>
      </w:r>
    </w:p>
    <w:p>
      <w:pPr>
        <w:pStyle w:val="ListBullet"/>
      </w:pPr>
      <w:r>
        <w:t>Prace dodatkowe — wyłącznie po akceptacji Zamawiającego; roboczogodzina: ........ zł netto.</w:t>
      </w:r>
    </w:p>
    <w:p>
      <w:r>
        <w:t>Uwagi: ..............................................................................................................</w:t>
      </w:r>
    </w:p>
    <w:p/>
    <w:p>
      <w:r>
        <w:t>...................................................                              ...................................................</w:t>
      </w:r>
    </w:p>
    <w:p>
      <w:r>
        <w:rPr>
          <w:sz w:val="16"/>
        </w:rPr>
        <w:t>Wykonawca (podpis)                                                              Akceptuję wycenę — Zamawiający</w:t>
      </w:r>
    </w:p>
    <w:p>
      <w:r>
        <w:br w:type="page"/>
      </w:r>
    </w:p>
    <w:p>
      <w:r>
        <w:rPr>
          <w:b/>
          <w:color w:val="2167CA"/>
          <w:sz w:val="32"/>
        </w:rPr>
        <w:t>WYCENA PRAC REMONTOWYCH — PRZYKŁAD WYPEŁNIENIA</w:t>
      </w:r>
    </w:p>
    <w:p>
      <w:r>
        <w:t>Data: ................    Wycena ważna do: 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Wykonawca</w:t>
            </w:r>
          </w:p>
          <w:p>
            <w:r>
              <w:t>Nazwa firmy: ...................................</w:t>
            </w:r>
          </w:p>
          <w:p>
            <w:r>
              <w:t>Adres: ...................................</w:t>
            </w:r>
          </w:p>
          <w:p>
            <w:r>
              <w:t>NIP: ...................................</w:t>
            </w:r>
          </w:p>
          <w:p>
            <w:r>
              <w:t>Telefon: ...................................</w:t>
            </w:r>
          </w:p>
          <w:p>
            <w:r>
              <w:t>E-mail: ...................................</w:t>
            </w:r>
          </w:p>
        </w:tc>
        <w:tc>
          <w:tcPr>
            <w:tcW w:type="dxa" w:w="5100"/>
          </w:tcPr>
          <w:p>
            <w:r>
              <w:rPr>
                <w:b/>
              </w:rPr>
              <w:t>Zamawiający</w:t>
            </w:r>
          </w:p>
          <w:p>
            <w:r>
              <w:t>Imię i nazwisko / firma: ...................................</w:t>
            </w:r>
          </w:p>
          <w:p>
            <w:r>
              <w:t>Adres: ...................................</w:t>
            </w:r>
          </w:p>
          <w:p>
            <w:r>
              <w:t>Telefon: ...................................</w:t>
            </w:r>
          </w:p>
          <w:p>
            <w:r>
              <w:t>E-mail: ...................................</w:t>
            </w:r>
          </w:p>
        </w:tc>
      </w:tr>
    </w:tbl>
    <w:p/>
    <w:p>
      <w:r>
        <w:t>Adres inwestycji: ...................................................</w:t>
      </w:r>
    </w:p>
    <w:p>
      <w:r>
        <w:t>Rodzaj lokalu (mieszkanie / dom / lokal usługowy): ...................................................</w:t>
      </w:r>
    </w:p>
    <w:p>
      <w:r>
        <w:t>Powierzchnia objęta pracami (m²): ...................................................</w:t>
      </w:r>
    </w:p>
    <w:p>
      <w:r>
        <w:rPr>
          <w:b/>
        </w:rPr>
        <w:t>Pozycje wyceny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567"/>
            <w:shd w:val="clear" w:color="auto" w:fill="2167CA"/>
          </w:tcPr>
          <w:p>
            <w:r>
              <w:rPr>
                <w:b/>
                <w:color w:val="FFFFFF"/>
              </w:rPr>
              <w:t>Lp.</w:t>
            </w:r>
          </w:p>
        </w:tc>
        <w:tc>
          <w:tcPr>
            <w:tcW w:type="dxa" w:w="4649"/>
            <w:shd w:val="clear" w:color="auto" w:fill="2167CA"/>
          </w:tcPr>
          <w:p>
            <w:r>
              <w:rPr>
                <w:b/>
                <w:color w:val="FFFFFF"/>
              </w:rPr>
              <w:t>Opis prac</w:t>
            </w:r>
          </w:p>
        </w:tc>
        <w:tc>
          <w:tcPr>
            <w:tcW w:type="dxa" w:w="794"/>
            <w:shd w:val="clear" w:color="auto" w:fill="2167CA"/>
          </w:tcPr>
          <w:p>
            <w:r>
              <w:rPr>
                <w:b/>
                <w:color w:val="FFFFFF"/>
              </w:rPr>
              <w:t>Jedn.</w:t>
            </w:r>
          </w:p>
        </w:tc>
        <w:tc>
          <w:tcPr>
            <w:tcW w:type="dxa" w:w="850"/>
            <w:shd w:val="clear" w:color="auto" w:fill="2167CA"/>
          </w:tcPr>
          <w:p>
            <w:r>
              <w:rPr>
                <w:b/>
                <w:color w:val="FFFFFF"/>
              </w:rPr>
              <w:t>Ilość</w:t>
            </w:r>
          </w:p>
        </w:tc>
        <w:tc>
          <w:tcPr>
            <w:tcW w:type="dxa" w:w="1361"/>
            <w:shd w:val="clear" w:color="auto" w:fill="2167CA"/>
          </w:tcPr>
          <w:p>
            <w:r>
              <w:rPr>
                <w:b/>
                <w:color w:val="FFFFFF"/>
              </w:rPr>
              <w:t>Cena netto</w:t>
            </w:r>
          </w:p>
        </w:tc>
        <w:tc>
          <w:tcPr>
            <w:tcW w:type="dxa" w:w="1474"/>
            <w:shd w:val="clear" w:color="auto" w:fill="2167CA"/>
          </w:tcPr>
          <w:p>
            <w:r>
              <w:rPr>
                <w:b/>
                <w:color w:val="FFFFFF"/>
              </w:rPr>
              <w:t>Wartość netto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649"/>
          </w:tcPr>
          <w:p>
            <w:r>
              <w:t>Wyburzenia i skucia płytek z wywozem gruzu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28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60,00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1 680,00 zł</w:t>
            </w:r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649"/>
          </w:tcPr>
          <w:p>
            <w:r>
              <w:t>Wylewka samopoziomująca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35,00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210,00 zł</w:t>
            </w:r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649"/>
          </w:tcPr>
          <w:p>
            <w:r>
              <w:t>Hydroizolacja strefy prysznica i podłogi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45,00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450,00 zł</w:t>
            </w:r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649"/>
          </w:tcPr>
          <w:p>
            <w:r>
              <w:t>Układanie płytek ceramicznych (ściany i podłoga)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28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130,00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3 640,00 zł</w:t>
            </w:r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649"/>
          </w:tcPr>
          <w:p>
            <w:r>
              <w:t>Punkt hydrauliczny (woda, kanalizacja)</w:t>
            </w:r>
          </w:p>
        </w:tc>
        <w:tc>
          <w:tcPr>
            <w:tcW w:type="dxa" w:w="794"/>
          </w:tcPr>
          <w:p>
            <w:r>
              <w:t>szt.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5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250,00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1 250,00 zł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649"/>
          </w:tcPr>
          <w:p>
            <w:r>
              <w:t>Punkt elektryczny (gniazdo, włącznik, oświetlenie)</w:t>
            </w:r>
          </w:p>
        </w:tc>
        <w:tc>
          <w:tcPr>
            <w:tcW w:type="dxa" w:w="794"/>
          </w:tcPr>
          <w:p>
            <w:r>
              <w:t>szt.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4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120,00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480,00 zł</w:t>
            </w:r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649"/>
          </w:tcPr>
          <w:p>
            <w:r>
              <w:t>Biały montaż (WC podwieszane, umywalka, bateria, odpływ liniowy)</w:t>
            </w:r>
          </w:p>
        </w:tc>
        <w:tc>
          <w:tcPr>
            <w:tcW w:type="dxa" w:w="794"/>
          </w:tcPr>
          <w:p>
            <w:r>
              <w:t>kpl.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1 400,00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1 400,00 zł</w:t>
            </w:r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4649"/>
          </w:tcPr>
          <w:p>
            <w:r>
              <w:t>Malowanie sufitu (2 warstwy)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20,00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120,00 zł</w:t>
            </w:r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4649"/>
          </w:tcPr>
          <w:p>
            <w:r>
              <w:t>Sprzątanie po remoncie</w:t>
            </w:r>
          </w:p>
        </w:tc>
        <w:tc>
          <w:tcPr>
            <w:tcW w:type="dxa" w:w="794"/>
          </w:tcPr>
          <w:p>
            <w:r>
              <w:t>m²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8,00 zł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48,00 zł</w:t>
            </w:r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Razem netto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  <w:t>9 278,00 zł</w:t>
            </w:r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VAT 8%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  <w:t>742,24 zł</w:t>
            </w:r>
          </w:p>
        </w:tc>
      </w:tr>
      <w:tr>
        <w:tc>
          <w:tcPr>
            <w:tcW w:type="dxa" w:w="8500"/>
            <w:gridSpan w:val="5"/>
          </w:tcPr>
          <w:p>
            <w:pPr>
              <w:jc w:val="right"/>
            </w:pPr>
            <w:r>
              <w:rPr>
                <w:b/>
              </w:rPr>
              <w:t>Razem brutto</w:t>
            </w:r>
          </w:p>
        </w:tc>
        <w:tc>
          <w:tcPr>
            <w:tcW w:type="dxa" w:w="1700"/>
          </w:tcPr>
          <w:p>
            <w:pPr>
              <w:jc w:val="right"/>
            </w:pPr>
            <w:r>
              <w:rPr>
                <w:b/>
              </w:rPr>
              <w:t>10 020,24 zł</w:t>
            </w:r>
          </w:p>
        </w:tc>
      </w:tr>
    </w:tbl>
    <w:p>
      <w:pPr>
        <w:spacing w:before="160"/>
      </w:pPr>
      <w:r>
        <w:rPr>
          <w:b/>
        </w:rPr>
        <w:t>Materiały</w:t>
      </w:r>
    </w:p>
    <w:p>
      <w:pPr>
        <w:pStyle w:val="ListBullet"/>
      </w:pPr>
      <w:r>
        <w:t>Materiały kupuje: ☐ Wykonawca (doliczone do wyceny / rozliczane wg faktur)   ☐ Zamawiający</w:t>
      </w:r>
    </w:p>
    <w:p>
      <w:pPr>
        <w:pStyle w:val="ListBullet"/>
      </w:pPr>
      <w:r>
        <w:t>Materiały wliczone w ceny powyżej: ☐ tak   ☐ nie — ceny dotyczą wyłącznie robocizny</w:t>
      </w:r>
    </w:p>
    <w:p>
      <w:pPr>
        <w:pStyle w:val="ListBullet"/>
      </w:pPr>
      <w:r>
        <w:t>Szacunkowy koszt materiałów (jeśli kupuje Wykonawca): ................ zł</w:t>
      </w:r>
    </w:p>
    <w:p>
      <w:pPr>
        <w:spacing w:before="160"/>
      </w:pPr>
      <w:r>
        <w:rPr>
          <w:b/>
        </w:rPr>
        <w:t>Termin realizacji</w:t>
      </w:r>
    </w:p>
    <w:p>
      <w:pPr>
        <w:pStyle w:val="ListBullet"/>
      </w:pPr>
      <w:r>
        <w:t>Rozpoczęcie prac: ................</w:t>
      </w:r>
    </w:p>
    <w:p>
      <w:pPr>
        <w:pStyle w:val="ListBullet"/>
      </w:pPr>
      <w:r>
        <w:t>Zakończenie prac: ................</w:t>
      </w:r>
    </w:p>
    <w:p>
      <w:pPr>
        <w:pStyle w:val="ListBullet"/>
      </w:pPr>
      <w:r>
        <w:t>Etapy: 1) ................ do ........   2) ................ do ........   3) ................ do ........</w:t>
      </w:r>
    </w:p>
    <w:p>
      <w:pPr>
        <w:spacing w:before="160"/>
      </w:pPr>
      <w:r>
        <w:rPr>
          <w:b/>
        </w:rPr>
        <w:t>Płatności</w:t>
      </w:r>
    </w:p>
    <w:p>
      <w:pPr>
        <w:pStyle w:val="ListBullet"/>
      </w:pPr>
      <w:r>
        <w:t>Zaliczka: ...... % (................ zł) — płatna przy podpisaniu umowy</w:t>
      </w:r>
    </w:p>
    <w:p>
      <w:pPr>
        <w:pStyle w:val="ListBullet"/>
      </w:pPr>
      <w:r>
        <w:t>Płatności za etapy: ................</w:t>
      </w:r>
    </w:p>
    <w:p>
      <w:pPr>
        <w:pStyle w:val="ListBullet"/>
      </w:pPr>
      <w:r>
        <w:t>Płatność końcowa: po odbiorze prac, w terminie ...... dni</w:t>
      </w:r>
    </w:p>
    <w:p>
      <w:pPr>
        <w:spacing w:before="160"/>
      </w:pPr>
      <w:r>
        <w:rPr>
          <w:b/>
        </w:rPr>
        <w:t>Odbiór, gwarancja i prace dodatkowe</w:t>
      </w:r>
    </w:p>
    <w:p>
      <w:pPr>
        <w:pStyle w:val="ListBullet"/>
      </w:pPr>
      <w:r>
        <w:t>Odbiór prac na podstawie protokołu odbioru podpisanego przez obie strony.</w:t>
      </w:r>
    </w:p>
    <w:p>
      <w:pPr>
        <w:pStyle w:val="ListBullet"/>
      </w:pPr>
      <w:r>
        <w:t>Gwarancja na wykonane prace: ...... miesięcy od dnia odbioru.</w:t>
      </w:r>
    </w:p>
    <w:p>
      <w:pPr>
        <w:pStyle w:val="ListBullet"/>
      </w:pPr>
      <w:r>
        <w:t>Prace dodatkowe — wyłącznie po akceptacji Zamawiającego; roboczogodzina: ........ zł netto.</w:t>
      </w:r>
    </w:p>
    <w:p>
      <w:r>
        <w:t>Uwagi: ..............................................................................................................</w:t>
      </w:r>
    </w:p>
    <w:p/>
    <w:p>
      <w:r>
        <w:t>...................................................                              ...................................................</w:t>
      </w:r>
    </w:p>
    <w:p>
      <w:r>
        <w:rPr>
          <w:sz w:val="16"/>
        </w:rPr>
        <w:t>Wykonawca (podpis)                                                              Akceptuję wycenę — Zamawiający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4"/>
      </w:rPr>
      <w:t>Wzór poglądowy przygotowany przez CoreBase (corebase.pl). Nie jest poradą prawną ani podatkową — dostosuj go do swojej firmy. Stawkę VAT (8% albo 23%) ustal z księgowym: 8% dotyczy robót w budownictwie mieszkaniowym objętym społecznym programem mieszkaniowym, z limitami powierzchni i wartości materiałów.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